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99AF" w14:textId="7DF10D16" w:rsidR="00227D4B" w:rsidRPr="00227D4B" w:rsidRDefault="00000000" w:rsidP="00227D4B">
      <w:pPr>
        <w:pStyle w:val="Naslov1"/>
        <w:spacing w:before="0"/>
        <w:jc w:val="center"/>
        <w:rPr>
          <w:color w:val="auto"/>
          <w:lang w:val="sl-SI"/>
        </w:rPr>
      </w:pPr>
      <w:r w:rsidRPr="00227D4B">
        <w:rPr>
          <w:color w:val="auto"/>
          <w:lang w:val="sl-SI"/>
        </w:rPr>
        <w:t>PRIJAVNI OBRAZEC</w:t>
      </w:r>
    </w:p>
    <w:p w14:paraId="652797C1" w14:textId="213BD580" w:rsidR="00365C01" w:rsidRDefault="00000000" w:rsidP="00290E5F">
      <w:pPr>
        <w:pStyle w:val="Naslov1"/>
        <w:spacing w:before="0"/>
        <w:jc w:val="center"/>
        <w:rPr>
          <w:color w:val="auto"/>
          <w:lang w:val="sl-SI"/>
        </w:rPr>
      </w:pPr>
      <w:r w:rsidRPr="00227D4B">
        <w:rPr>
          <w:color w:val="auto"/>
          <w:lang w:val="sl-SI"/>
        </w:rPr>
        <w:t xml:space="preserve">Ocenjevanje </w:t>
      </w:r>
      <w:r w:rsidR="00227D4B" w:rsidRPr="00227D4B">
        <w:rPr>
          <w:color w:val="auto"/>
          <w:lang w:val="sl-SI"/>
        </w:rPr>
        <w:t>mešanic</w:t>
      </w:r>
      <w:r w:rsidRPr="00227D4B">
        <w:rPr>
          <w:color w:val="auto"/>
          <w:lang w:val="sl-SI"/>
        </w:rPr>
        <w:t xml:space="preserve"> medu in drugih živil</w:t>
      </w:r>
      <w:r w:rsidRPr="00227D4B">
        <w:rPr>
          <w:color w:val="auto"/>
          <w:lang w:val="sl-SI"/>
        </w:rPr>
        <w:br/>
        <w:t>Dan medu v kulinariki 2026</w:t>
      </w:r>
    </w:p>
    <w:p w14:paraId="4B21EBCD" w14:textId="77777777" w:rsidR="00290E5F" w:rsidRPr="00290E5F" w:rsidRDefault="00290E5F" w:rsidP="00290E5F">
      <w:pPr>
        <w:rPr>
          <w:lang w:val="sl-SI"/>
        </w:rPr>
      </w:pPr>
    </w:p>
    <w:p w14:paraId="0BED6B4F" w14:textId="66C2F59D" w:rsidR="00DD6E1D" w:rsidRPr="00227D4B" w:rsidRDefault="00000000">
      <w:pPr>
        <w:rPr>
          <w:lang w:val="sl-SI"/>
        </w:rPr>
      </w:pPr>
      <w:r w:rsidRPr="00227D4B">
        <w:rPr>
          <w:b/>
          <w:lang w:val="sl-SI"/>
        </w:rPr>
        <w:t xml:space="preserve">Datum ocenjevanja: </w:t>
      </w:r>
      <w:r w:rsidRPr="00227D4B">
        <w:rPr>
          <w:lang w:val="sl-SI"/>
        </w:rPr>
        <w:t>19. september 2026</w:t>
      </w:r>
      <w:r w:rsidR="00227D4B">
        <w:rPr>
          <w:lang w:val="sl-SI"/>
        </w:rPr>
        <w:t xml:space="preserve"> – na dogodku</w:t>
      </w:r>
      <w:r w:rsidRPr="00227D4B">
        <w:rPr>
          <w:lang w:val="sl-SI"/>
        </w:rPr>
        <w:br/>
      </w:r>
      <w:r w:rsidRPr="00227D4B">
        <w:rPr>
          <w:b/>
          <w:lang w:val="sl-SI"/>
        </w:rPr>
        <w:t xml:space="preserve">Rok za oddajo izdelkov: </w:t>
      </w:r>
      <w:r w:rsidRPr="00227D4B">
        <w:rPr>
          <w:lang w:val="sl-SI"/>
        </w:rPr>
        <w:t>11. september 2026</w:t>
      </w:r>
      <w:r w:rsidRPr="00227D4B">
        <w:rPr>
          <w:lang w:val="sl-SI"/>
        </w:rPr>
        <w:br/>
      </w:r>
      <w:r w:rsidRPr="00227D4B">
        <w:rPr>
          <w:b/>
          <w:lang w:val="sl-SI"/>
        </w:rPr>
        <w:t xml:space="preserve">Kraj oddaje: </w:t>
      </w:r>
      <w:r w:rsidRPr="00227D4B">
        <w:rPr>
          <w:lang w:val="sl-SI"/>
        </w:rPr>
        <w:t>Čebelarski center Lesce</w:t>
      </w:r>
    </w:p>
    <w:p w14:paraId="2E3A7F6E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Ime in priimek / naziv čebelarstva:</w:t>
      </w:r>
    </w:p>
    <w:p w14:paraId="15376E9D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______________________________________________________________________</w:t>
      </w:r>
    </w:p>
    <w:p w14:paraId="0A9B33BD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Naslov:</w:t>
      </w:r>
    </w:p>
    <w:p w14:paraId="7F1C7DB2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______________________________________________________________________</w:t>
      </w:r>
    </w:p>
    <w:p w14:paraId="030F2408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Poštna številka in kraj:</w:t>
      </w:r>
    </w:p>
    <w:p w14:paraId="76E5FEE0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______________________________________________________________________</w:t>
      </w:r>
    </w:p>
    <w:p w14:paraId="706FCB83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Telefon:</w:t>
      </w:r>
    </w:p>
    <w:p w14:paraId="0BDF6657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______________________________________________________________________</w:t>
      </w:r>
    </w:p>
    <w:p w14:paraId="1465D3ED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E-pošta:</w:t>
      </w:r>
    </w:p>
    <w:p w14:paraId="217FE70B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______________________________________________________________________</w:t>
      </w:r>
    </w:p>
    <w:p w14:paraId="42CF5076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Naziv prijavljenega izdelka:</w:t>
      </w:r>
    </w:p>
    <w:p w14:paraId="264E92F0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______________________________________________________________________</w:t>
      </w:r>
    </w:p>
    <w:p w14:paraId="2F67D363" w14:textId="77777777" w:rsidR="00DD6E1D" w:rsidRPr="00227D4B" w:rsidRDefault="00000000">
      <w:pPr>
        <w:rPr>
          <w:lang w:val="sl-SI"/>
        </w:rPr>
      </w:pPr>
      <w:r w:rsidRPr="00227D4B">
        <w:rPr>
          <w:lang w:val="sl-SI"/>
        </w:rPr>
        <w:t>Opis izdelka (med + druge sestavine):</w:t>
      </w:r>
    </w:p>
    <w:p w14:paraId="3D253A68" w14:textId="77777777" w:rsidR="00DD6E1D" w:rsidRDefault="00000000">
      <w:pPr>
        <w:rPr>
          <w:lang w:val="sl-SI"/>
        </w:rPr>
      </w:pPr>
      <w:r w:rsidRPr="00227D4B">
        <w:rPr>
          <w:lang w:val="sl-SI"/>
        </w:rPr>
        <w:t>______________________________________________________________________</w:t>
      </w:r>
    </w:p>
    <w:p w14:paraId="110B0AF2" w14:textId="2ADB9537" w:rsidR="00227D4B" w:rsidRPr="00227D4B" w:rsidRDefault="00227D4B" w:rsidP="00227D4B">
      <w:pPr>
        <w:rPr>
          <w:lang w:val="sl-SI"/>
        </w:rPr>
      </w:pPr>
      <w:r>
        <w:rPr>
          <w:lang w:val="sl-SI"/>
        </w:rPr>
        <w:t>LOT:</w:t>
      </w:r>
    </w:p>
    <w:p w14:paraId="25C12834" w14:textId="44F816CD" w:rsidR="00227D4B" w:rsidRPr="00227D4B" w:rsidRDefault="00227D4B" w:rsidP="00227D4B">
      <w:pPr>
        <w:rPr>
          <w:lang w:val="sl-SI"/>
        </w:rPr>
      </w:pPr>
      <w:r w:rsidRPr="00227D4B">
        <w:rPr>
          <w:lang w:val="sl-SI"/>
        </w:rPr>
        <w:t>______________________________________________________________________</w:t>
      </w:r>
    </w:p>
    <w:p w14:paraId="583E7F85" w14:textId="255AC195" w:rsidR="00DD6E1D" w:rsidRPr="00227D4B" w:rsidRDefault="00000000">
      <w:pPr>
        <w:pStyle w:val="Naslov2"/>
        <w:rPr>
          <w:color w:val="auto"/>
          <w:lang w:val="sl-SI"/>
        </w:rPr>
      </w:pPr>
      <w:r w:rsidRPr="00227D4B">
        <w:rPr>
          <w:color w:val="auto"/>
          <w:lang w:val="sl-SI"/>
        </w:rPr>
        <w:t>Izjava prijavitelja</w:t>
      </w:r>
    </w:p>
    <w:p w14:paraId="6FB49625" w14:textId="38474556" w:rsidR="00290E5F" w:rsidRDefault="00290E5F" w:rsidP="00290E5F">
      <w:pPr>
        <w:jc w:val="both"/>
        <w:rPr>
          <w:lang w:val="sl-SI"/>
        </w:rPr>
      </w:pPr>
      <w:r w:rsidRPr="00290E5F">
        <w:rPr>
          <w:lang w:val="sl-SI"/>
        </w:rPr>
        <w:t>Izjavljam, da sem proizvajalec prijavljenega izdelka</w:t>
      </w:r>
      <w:r>
        <w:rPr>
          <w:lang w:val="sl-SI"/>
        </w:rPr>
        <w:t xml:space="preserve">, ki je </w:t>
      </w:r>
      <w:r w:rsidRPr="00290E5F">
        <w:rPr>
          <w:lang w:val="sl-SI"/>
        </w:rPr>
        <w:t>pridelan v skladu s smernicami dobrih higienskih navad v čebelarstvu (HACCP). Potrjujem, da so vsi podatki, navedeni v prijavnem obrazcu resnični in točni</w:t>
      </w:r>
      <w:r>
        <w:rPr>
          <w:lang w:val="sl-SI"/>
        </w:rPr>
        <w:t xml:space="preserve"> </w:t>
      </w:r>
      <w:r w:rsidRPr="00290E5F">
        <w:rPr>
          <w:lang w:val="sl-SI"/>
        </w:rPr>
        <w:t>ter soglašam s sodelovanjem prijavljenega izdelka na ocenjevanju v okviru prireditve Dan medu v kulinariki 2026.</w:t>
      </w:r>
    </w:p>
    <w:p w14:paraId="058820C7" w14:textId="77006F83" w:rsidR="00DD6E1D" w:rsidRPr="00227D4B" w:rsidRDefault="00000000">
      <w:pPr>
        <w:rPr>
          <w:lang w:val="sl-SI"/>
        </w:rPr>
      </w:pPr>
      <w:r w:rsidRPr="00227D4B">
        <w:rPr>
          <w:lang w:val="sl-SI"/>
        </w:rPr>
        <w:br/>
        <w:t>Datum: ______________________</w:t>
      </w:r>
      <w:r w:rsidR="00227D4B" w:rsidRPr="00227D4B">
        <w:rPr>
          <w:lang w:val="sl-SI"/>
        </w:rPr>
        <w:t xml:space="preserve">  </w:t>
      </w:r>
      <w:r w:rsidR="00290E5F">
        <w:rPr>
          <w:lang w:val="sl-SI"/>
        </w:rPr>
        <w:tab/>
      </w:r>
      <w:r w:rsidR="00290E5F">
        <w:rPr>
          <w:lang w:val="sl-SI"/>
        </w:rPr>
        <w:tab/>
      </w:r>
      <w:r w:rsidR="00290E5F">
        <w:rPr>
          <w:lang w:val="sl-SI"/>
        </w:rPr>
        <w:tab/>
      </w:r>
      <w:r w:rsidR="00290E5F">
        <w:rPr>
          <w:lang w:val="sl-SI"/>
        </w:rPr>
        <w:tab/>
      </w:r>
      <w:r w:rsidR="00290E5F">
        <w:rPr>
          <w:lang w:val="sl-SI"/>
        </w:rPr>
        <w:tab/>
      </w:r>
      <w:r w:rsidR="00227D4B" w:rsidRPr="00227D4B">
        <w:rPr>
          <w:lang w:val="sl-SI"/>
        </w:rPr>
        <w:t>Podpis: _____________________</w:t>
      </w:r>
    </w:p>
    <w:sectPr w:rsidR="00DD6E1D" w:rsidRPr="00227D4B" w:rsidSect="00227D4B">
      <w:pgSz w:w="12240" w:h="15840"/>
      <w:pgMar w:top="113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5666699">
    <w:abstractNumId w:val="8"/>
  </w:num>
  <w:num w:numId="2" w16cid:durableId="637994473">
    <w:abstractNumId w:val="6"/>
  </w:num>
  <w:num w:numId="3" w16cid:durableId="1734427357">
    <w:abstractNumId w:val="5"/>
  </w:num>
  <w:num w:numId="4" w16cid:durableId="19278835">
    <w:abstractNumId w:val="4"/>
  </w:num>
  <w:num w:numId="5" w16cid:durableId="1675690435">
    <w:abstractNumId w:val="7"/>
  </w:num>
  <w:num w:numId="6" w16cid:durableId="35785999">
    <w:abstractNumId w:val="3"/>
  </w:num>
  <w:num w:numId="7" w16cid:durableId="613094189">
    <w:abstractNumId w:val="2"/>
  </w:num>
  <w:num w:numId="8" w16cid:durableId="536160429">
    <w:abstractNumId w:val="1"/>
  </w:num>
  <w:num w:numId="9" w16cid:durableId="140922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7D4B"/>
    <w:rsid w:val="00290E5F"/>
    <w:rsid w:val="0029639D"/>
    <w:rsid w:val="00326F90"/>
    <w:rsid w:val="00365C01"/>
    <w:rsid w:val="00982915"/>
    <w:rsid w:val="00AA1D8D"/>
    <w:rsid w:val="00B47730"/>
    <w:rsid w:val="00B53CC2"/>
    <w:rsid w:val="00CB0664"/>
    <w:rsid w:val="00D20018"/>
    <w:rsid w:val="00DD6E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AE50C"/>
  <w14:defaultImageDpi w14:val="300"/>
  <w15:docId w15:val="{EB776E3D-28C0-4486-A6E2-8304968E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Administracija - ČZS</cp:lastModifiedBy>
  <cp:revision>2</cp:revision>
  <dcterms:created xsi:type="dcterms:W3CDTF">2026-08-04T09:54:00Z</dcterms:created>
  <dcterms:modified xsi:type="dcterms:W3CDTF">2026-08-04T09:54:00Z</dcterms:modified>
  <cp:category/>
</cp:coreProperties>
</file>